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62CB" w14:textId="77777777" w:rsidR="00246AF1" w:rsidRDefault="00000000" w:rsidP="009C0E0A">
      <w:pPr>
        <w:jc w:val="center"/>
      </w:pPr>
      <w:r>
        <w:rPr>
          <w:b/>
          <w:sz w:val="36"/>
        </w:rPr>
        <w:t>PET EXPO 2026 – SHORT FILM FESTIVAL</w:t>
      </w:r>
      <w:r>
        <w:rPr>
          <w:b/>
          <w:sz w:val="36"/>
        </w:rPr>
        <w:br/>
        <w:t>APPLICATION FORM</w:t>
      </w:r>
    </w:p>
    <w:p w14:paraId="662FB95F" w14:textId="77777777" w:rsidR="00246AF1" w:rsidRDefault="00246AF1"/>
    <w:p w14:paraId="6C29BB9C" w14:textId="36DF4FB9" w:rsidR="00A74EBF" w:rsidRDefault="00A74EBF" w:rsidP="00A74EBF">
      <w:r>
        <w:rPr>
          <w:b/>
          <w:sz w:val="24"/>
        </w:rPr>
        <w:t>1</w:t>
      </w:r>
      <w:r>
        <w:rPr>
          <w:b/>
          <w:sz w:val="24"/>
        </w:rPr>
        <w:t>. FILMMAKER DETAILS</w:t>
      </w:r>
    </w:p>
    <w:p w14:paraId="180F3D72" w14:textId="77777777" w:rsidR="00A74EBF" w:rsidRDefault="00A74EBF" w:rsidP="00A74EBF">
      <w:r>
        <w:rPr>
          <w:b/>
        </w:rPr>
        <w:t xml:space="preserve">Full Name: </w:t>
      </w:r>
      <w:r>
        <w:t>____________________________________________________________</w:t>
      </w:r>
    </w:p>
    <w:p w14:paraId="1BB4F5F0" w14:textId="77777777" w:rsidR="00A74EBF" w:rsidRDefault="00A74EBF" w:rsidP="00A74EBF">
      <w:r>
        <w:rPr>
          <w:b/>
        </w:rPr>
        <w:t xml:space="preserve">NIC / Passport No: </w:t>
      </w:r>
      <w:r>
        <w:t>_____________________________________________</w:t>
      </w:r>
    </w:p>
    <w:p w14:paraId="084BC285" w14:textId="77777777" w:rsidR="00A74EBF" w:rsidRDefault="00A74EBF" w:rsidP="00A74EBF">
      <w:r>
        <w:rPr>
          <w:b/>
        </w:rPr>
        <w:t xml:space="preserve">WhatsApp Number: </w:t>
      </w:r>
      <w:r>
        <w:t>________________________________________</w:t>
      </w:r>
    </w:p>
    <w:p w14:paraId="5D7222FC" w14:textId="77777777" w:rsidR="00A74EBF" w:rsidRDefault="00A74EBF" w:rsidP="00A74EBF">
      <w:r>
        <w:rPr>
          <w:b/>
        </w:rPr>
        <w:t xml:space="preserve">Email Address: </w:t>
      </w:r>
      <w:r>
        <w:t>_____________________________________________</w:t>
      </w:r>
    </w:p>
    <w:p w14:paraId="7EB50000" w14:textId="77777777" w:rsidR="00A74EBF" w:rsidRDefault="00A74EBF" w:rsidP="00A74EBF">
      <w:r>
        <w:rPr>
          <w:b/>
        </w:rPr>
        <w:t xml:space="preserve">Address: </w:t>
      </w:r>
      <w:r>
        <w:t>______________________________________________________________________</w:t>
      </w:r>
    </w:p>
    <w:p w14:paraId="00CDF3C5" w14:textId="77777777" w:rsidR="00A74EBF" w:rsidRDefault="00A74EBF" w:rsidP="00A74EBF">
      <w:r>
        <w:t>__________________________________________________________________________________________</w:t>
      </w:r>
    </w:p>
    <w:p w14:paraId="4FE7511F" w14:textId="63D2BA2F" w:rsidR="00246AF1" w:rsidRDefault="00A74EBF">
      <w:r>
        <w:rPr>
          <w:b/>
          <w:sz w:val="24"/>
        </w:rPr>
        <w:t>2</w:t>
      </w:r>
      <w:r w:rsidR="00000000">
        <w:rPr>
          <w:b/>
          <w:sz w:val="24"/>
        </w:rPr>
        <w:t>. FILM DETAILS</w:t>
      </w:r>
    </w:p>
    <w:p w14:paraId="781FE368" w14:textId="77777777" w:rsidR="00246AF1" w:rsidRDefault="00000000">
      <w:r>
        <w:rPr>
          <w:b/>
        </w:rPr>
        <w:t xml:space="preserve">Film Title: </w:t>
      </w:r>
      <w:r>
        <w:t>____________________________________________________________</w:t>
      </w:r>
    </w:p>
    <w:p w14:paraId="7A64021E" w14:textId="77777777" w:rsidR="00246AF1" w:rsidRDefault="00000000">
      <w:r>
        <w:rPr>
          <w:b/>
        </w:rPr>
        <w:t xml:space="preserve">Duration (Max 20 mins): </w:t>
      </w:r>
      <w:r>
        <w:t>________________________________________</w:t>
      </w:r>
    </w:p>
    <w:p w14:paraId="69B2241E" w14:textId="77777777" w:rsidR="00246AF1" w:rsidRDefault="00000000">
      <w:r>
        <w:rPr>
          <w:b/>
        </w:rPr>
        <w:t xml:space="preserve">Genre: </w:t>
      </w:r>
      <w:r>
        <w:t>☐ Fiction   ☐ Documentary</w:t>
      </w:r>
    </w:p>
    <w:p w14:paraId="72209067" w14:textId="77777777" w:rsidR="00246AF1" w:rsidRDefault="00000000">
      <w:r>
        <w:rPr>
          <w:b/>
        </w:rPr>
        <w:t xml:space="preserve">Language: </w:t>
      </w:r>
      <w:r>
        <w:t>☐ English   ☐ Sinhala   ☐ Tamil   ☐ Other: __________</w:t>
      </w:r>
    </w:p>
    <w:p w14:paraId="6650A2C5" w14:textId="77777777" w:rsidR="00246AF1" w:rsidRDefault="00000000">
      <w:r>
        <w:rPr>
          <w:b/>
        </w:rPr>
        <w:t xml:space="preserve">Subtitles Included: </w:t>
      </w:r>
      <w:r>
        <w:t>☐ Yes   ☐ No</w:t>
      </w:r>
    </w:p>
    <w:p w14:paraId="3E815A60" w14:textId="77777777" w:rsidR="00246AF1" w:rsidRDefault="00000000">
      <w:r>
        <w:rPr>
          <w:b/>
        </w:rPr>
        <w:t xml:space="preserve">Resolution: </w:t>
      </w:r>
      <w:r>
        <w:t>☐ 1080p   ☐ 2K   ☐ 4K</w:t>
      </w:r>
    </w:p>
    <w:p w14:paraId="364A676C" w14:textId="35180299" w:rsidR="00246AF1" w:rsidRDefault="00000000">
      <w:r>
        <w:rPr>
          <w:b/>
        </w:rPr>
        <w:t xml:space="preserve">Aspect Ratio: </w:t>
      </w:r>
      <w:r>
        <w:t>☐ 16:9   ☐ Other: __________</w:t>
      </w:r>
    </w:p>
    <w:p w14:paraId="7A6ED965" w14:textId="77777777" w:rsidR="00246AF1" w:rsidRDefault="00246AF1"/>
    <w:p w14:paraId="0996F25A" w14:textId="77777777" w:rsidR="00246AF1" w:rsidRDefault="00000000">
      <w:r>
        <w:rPr>
          <w:b/>
          <w:sz w:val="24"/>
        </w:rPr>
        <w:t>3. FILM DESCRIPTION</w:t>
      </w:r>
    </w:p>
    <w:p w14:paraId="7EDC2781" w14:textId="77777777" w:rsidR="00246AF1" w:rsidRDefault="00000000">
      <w:r>
        <w:rPr>
          <w:b/>
        </w:rPr>
        <w:t>Short Synopsis (Max 150 words):</w:t>
      </w:r>
    </w:p>
    <w:p w14:paraId="5EE484A2" w14:textId="7E8407F9" w:rsidR="00246AF1" w:rsidRDefault="00000000">
      <w:r>
        <w:t>_______________________________________________________________________________________________</w:t>
      </w:r>
      <w:r w:rsidR="005B24C4">
        <w:t>___________________</w:t>
      </w:r>
    </w:p>
    <w:p w14:paraId="7FC135F5" w14:textId="0D3C4AFA" w:rsidR="00246AF1" w:rsidRDefault="00000000">
      <w:r>
        <w:t>_______________________________________________________________________________________________</w:t>
      </w:r>
      <w:r w:rsidR="005B24C4">
        <w:t>___________________</w:t>
      </w:r>
    </w:p>
    <w:p w14:paraId="323FE28E" w14:textId="43BA6F28" w:rsidR="00246AF1" w:rsidRDefault="00000000">
      <w:r>
        <w:t>_______________________________________________________________________________________________</w:t>
      </w:r>
      <w:r w:rsidR="005B24C4">
        <w:t>___________________</w:t>
      </w:r>
    </w:p>
    <w:p w14:paraId="7E6BC5D0" w14:textId="0852B426" w:rsidR="00246AF1" w:rsidRDefault="00000000">
      <w:r>
        <w:t>______________________________________________________________________________________________</w:t>
      </w:r>
      <w:r w:rsidR="005B24C4">
        <w:t>___________________</w:t>
      </w:r>
      <w:r>
        <w:t>_</w:t>
      </w:r>
    </w:p>
    <w:p w14:paraId="0790C3BD" w14:textId="77777777" w:rsidR="00246AF1" w:rsidRDefault="00000000">
      <w:r>
        <w:rPr>
          <w:b/>
          <w:sz w:val="24"/>
        </w:rPr>
        <w:lastRenderedPageBreak/>
        <w:t>4. THEME (Select One)</w:t>
      </w:r>
    </w:p>
    <w:p w14:paraId="57B1D0D9" w14:textId="6F490C7B" w:rsidR="00246AF1" w:rsidRDefault="00000000">
      <w:r>
        <w:t>☐ Bond of a veterinarian and pet</w:t>
      </w:r>
    </w:p>
    <w:p w14:paraId="5BA5EE98" w14:textId="77777777" w:rsidR="00246AF1" w:rsidRDefault="00000000">
      <w:r>
        <w:t>☐ Responsible pet ownership</w:t>
      </w:r>
    </w:p>
    <w:p w14:paraId="07BF2E4A" w14:textId="77777777" w:rsidR="00246AF1" w:rsidRDefault="00000000">
      <w:r>
        <w:t>☐ Urbanization and stray animal crisis</w:t>
      </w:r>
    </w:p>
    <w:p w14:paraId="4C5F8408" w14:textId="6D0DD3B2" w:rsidR="00246AF1" w:rsidRDefault="00000000">
      <w:r>
        <w:t xml:space="preserve">☐ Stray </w:t>
      </w:r>
      <w:r w:rsidR="009500DA">
        <w:t>dog</w:t>
      </w:r>
      <w:r>
        <w:t xml:space="preserve"> population control</w:t>
      </w:r>
    </w:p>
    <w:p w14:paraId="0758F4C3" w14:textId="77777777" w:rsidR="00246AF1" w:rsidRDefault="00000000">
      <w:r>
        <w:t>☐ Pollution affecting animals</w:t>
      </w:r>
    </w:p>
    <w:p w14:paraId="7AB285BF" w14:textId="77777777" w:rsidR="00246AF1" w:rsidRDefault="00000000">
      <w:r>
        <w:t>☐ Preventing zoonotic diseases</w:t>
      </w:r>
    </w:p>
    <w:p w14:paraId="2DC1F756" w14:textId="77777777" w:rsidR="00246AF1" w:rsidRDefault="00000000">
      <w:r>
        <w:t>☐ Vaccination awareness</w:t>
      </w:r>
    </w:p>
    <w:p w14:paraId="2A270877" w14:textId="77777777" w:rsidR="00246AF1" w:rsidRDefault="00000000">
      <w:r>
        <w:t>☐ Myths about pet animals</w:t>
      </w:r>
    </w:p>
    <w:p w14:paraId="367C82B1" w14:textId="77777777" w:rsidR="00246AF1" w:rsidRDefault="00000000">
      <w:r>
        <w:t>☐ Life of a veterinarian</w:t>
      </w:r>
    </w:p>
    <w:p w14:paraId="2A46FB93" w14:textId="7F5046C3" w:rsidR="009500DA" w:rsidRDefault="009500DA">
      <w:r>
        <w:t xml:space="preserve">☐ </w:t>
      </w:r>
      <w:r>
        <w:t>Other:____________________________________________________________</w:t>
      </w:r>
    </w:p>
    <w:p w14:paraId="4EEF635C" w14:textId="77777777" w:rsidR="009500DA" w:rsidRDefault="009500DA"/>
    <w:p w14:paraId="7ECCF1BE" w14:textId="77777777" w:rsidR="00246AF1" w:rsidRDefault="00000000">
      <w:r>
        <w:rPr>
          <w:b/>
          <w:sz w:val="24"/>
        </w:rPr>
        <w:t>5. DECLARATION</w:t>
      </w:r>
    </w:p>
    <w:p w14:paraId="176307CD" w14:textId="77777777" w:rsidR="00246AF1" w:rsidRDefault="00000000">
      <w:r>
        <w:t>I hereby confirm that:</w:t>
      </w:r>
      <w:r>
        <w:br/>
        <w:t>- This film is original work and does not violate any copyright laws.</w:t>
      </w:r>
      <w:r>
        <w:br/>
        <w:t>- I have obtained all necessary permissions for any third-party content used.</w:t>
      </w:r>
      <w:r>
        <w:br/>
        <w:t>- I agree to the rules and regulations of the Pet Expo 2026 Short Film Festival.</w:t>
      </w:r>
      <w:r>
        <w:br/>
        <w:t>- I understand that the decision of the selection panel is final.</w:t>
      </w:r>
    </w:p>
    <w:p w14:paraId="4D2F0E07" w14:textId="77777777" w:rsidR="00246AF1" w:rsidRDefault="00000000">
      <w:r>
        <w:rPr>
          <w:b/>
        </w:rPr>
        <w:t xml:space="preserve">Applicant Name: </w:t>
      </w:r>
      <w:r>
        <w:t>________________________________________</w:t>
      </w:r>
    </w:p>
    <w:p w14:paraId="2139F21E" w14:textId="77777777" w:rsidR="00246AF1" w:rsidRDefault="00000000">
      <w:r>
        <w:rPr>
          <w:b/>
        </w:rPr>
        <w:t xml:space="preserve">Signature: </w:t>
      </w:r>
      <w:r>
        <w:t>________________________________________</w:t>
      </w:r>
    </w:p>
    <w:p w14:paraId="6A9B3E3E" w14:textId="45B7974F" w:rsidR="009C0E0A" w:rsidRDefault="00000000">
      <w:r>
        <w:rPr>
          <w:b/>
        </w:rPr>
        <w:t xml:space="preserve">Date: </w:t>
      </w:r>
      <w:r>
        <w:t>______________________________</w:t>
      </w:r>
    </w:p>
    <w:p w14:paraId="526332B3" w14:textId="77777777" w:rsidR="009C0E0A" w:rsidRDefault="009C0E0A"/>
    <w:p w14:paraId="226ACDBD" w14:textId="77777777" w:rsidR="00246AF1" w:rsidRDefault="00000000">
      <w:r>
        <w:rPr>
          <w:b/>
          <w:sz w:val="24"/>
        </w:rPr>
        <w:t>6. SUBMISSION DETAILS</w:t>
      </w:r>
    </w:p>
    <w:p w14:paraId="7663873A" w14:textId="77777777" w:rsidR="00246AF1" w:rsidRDefault="00000000">
      <w:r>
        <w:t>Submit completed application to: info@petexpo.lk</w:t>
      </w:r>
    </w:p>
    <w:p w14:paraId="6347A56B" w14:textId="3A3947C9" w:rsidR="00246AF1" w:rsidRDefault="00A74EBF">
      <w:r>
        <w:t xml:space="preserve">Application </w:t>
      </w:r>
      <w:r w:rsidR="00000000">
        <w:t>Deadline: 01</w:t>
      </w:r>
      <w:r w:rsidRPr="00A74EBF">
        <w:rPr>
          <w:vertAlign w:val="superscript"/>
        </w:rPr>
        <w:t>st</w:t>
      </w:r>
      <w:r>
        <w:t xml:space="preserve"> </w:t>
      </w:r>
      <w:r w:rsidR="00000000">
        <w:t xml:space="preserve"> June 2026</w:t>
      </w:r>
    </w:p>
    <w:p w14:paraId="4DDABC8B" w14:textId="1BA72853" w:rsidR="00A74EBF" w:rsidRDefault="00A74EBF">
      <w:r>
        <w:t xml:space="preserve">Film Submission </w:t>
      </w:r>
      <w:r>
        <w:t>Deadline</w:t>
      </w:r>
      <w:r>
        <w:t xml:space="preserve">: </w:t>
      </w:r>
      <w:r>
        <w:t>25</w:t>
      </w:r>
      <w:r>
        <w:rPr>
          <w:vertAlign w:val="superscript"/>
        </w:rPr>
        <w:t>th</w:t>
      </w:r>
      <w:r>
        <w:t xml:space="preserve"> </w:t>
      </w:r>
      <w:r>
        <w:t>June 2026</w:t>
      </w:r>
      <w:r>
        <w:rPr>
          <w:vertAlign w:val="superscript"/>
        </w:rPr>
        <w:t xml:space="preserve"> </w:t>
      </w:r>
    </w:p>
    <w:p w14:paraId="752BE300" w14:textId="467F5644" w:rsidR="00616ABA" w:rsidRDefault="00000000">
      <w:r>
        <w:t>Format: MP4 (H.264 recommended)</w:t>
      </w:r>
    </w:p>
    <w:p w14:paraId="228024E7" w14:textId="77777777" w:rsidR="00616ABA" w:rsidRDefault="00616ABA" w:rsidP="00616ABA">
      <w:pPr>
        <w:jc w:val="center"/>
      </w:pPr>
      <w:r>
        <w:rPr>
          <w:b/>
        </w:rPr>
        <w:lastRenderedPageBreak/>
        <w:t>GUIDELINES</w:t>
      </w:r>
    </w:p>
    <w:p w14:paraId="29147894" w14:textId="77777777" w:rsidR="00616ABA" w:rsidRDefault="00616ABA" w:rsidP="00616ABA">
      <w:r>
        <w:t>• Format: MP4 (H.264 codec recommended)</w:t>
      </w:r>
    </w:p>
    <w:p w14:paraId="11628442" w14:textId="77777777" w:rsidR="00616ABA" w:rsidRDefault="00616ABA" w:rsidP="00616ABA">
      <w:r>
        <w:t>• Duration: Maximum 20 minutes (including credits)</w:t>
      </w:r>
    </w:p>
    <w:p w14:paraId="0B789E30" w14:textId="77777777" w:rsidR="00616ABA" w:rsidRDefault="00616ABA" w:rsidP="00616ABA">
      <w:r>
        <w:t>• Language: English, Sinhala, Tamil</w:t>
      </w:r>
    </w:p>
    <w:p w14:paraId="2D59527C" w14:textId="77777777" w:rsidR="00616ABA" w:rsidRDefault="00616ABA" w:rsidP="00616ABA">
      <w:r>
        <w:t>• Subtitles: Required in English if film is not in English or Sinhala</w:t>
      </w:r>
    </w:p>
    <w:p w14:paraId="56BE179E" w14:textId="77777777" w:rsidR="00616ABA" w:rsidRDefault="00616ABA" w:rsidP="00616ABA">
      <w:r>
        <w:t>• Genre: Fiction or Documentary</w:t>
      </w:r>
    </w:p>
    <w:p w14:paraId="559CE78E" w14:textId="77777777" w:rsidR="00616ABA" w:rsidRDefault="00616ABA" w:rsidP="00616ABA">
      <w:r>
        <w:t>• Resolution: Minimum 1080p (Full HD), 2K/4K accepted</w:t>
      </w:r>
    </w:p>
    <w:p w14:paraId="7F6C26A5" w14:textId="77777777" w:rsidR="00616ABA" w:rsidRDefault="00616ABA" w:rsidP="00616ABA">
      <w:r>
        <w:t>• Aspect Ratio: Preferred 16:9 (others accepted if justified)</w:t>
      </w:r>
    </w:p>
    <w:p w14:paraId="73139601" w14:textId="77777777" w:rsidR="00616ABA" w:rsidRDefault="00616ABA" w:rsidP="00616ABA">
      <w:r>
        <w:t>• Audio: Must be clear</w:t>
      </w:r>
    </w:p>
    <w:p w14:paraId="516E8D30" w14:textId="77777777" w:rsidR="00616ABA" w:rsidRDefault="00616ABA" w:rsidP="00616ABA">
      <w:r>
        <w:t>• Themes: Must follow given topics</w:t>
      </w:r>
    </w:p>
    <w:p w14:paraId="192B48C6" w14:textId="77777777" w:rsidR="00616ABA" w:rsidRDefault="00616ABA" w:rsidP="00616ABA">
      <w:r>
        <w:t>• Original Work: Must be original with proper permissions</w:t>
      </w:r>
    </w:p>
    <w:p w14:paraId="2C93A1B5" w14:textId="77777777" w:rsidR="00616ABA" w:rsidRDefault="00616ABA" w:rsidP="00616ABA">
      <w:r>
        <w:t>• Multiple Entries: Allowed, but submit separately</w:t>
      </w:r>
    </w:p>
    <w:p w14:paraId="36AF6510" w14:textId="77777777" w:rsidR="00616ABA" w:rsidRDefault="00616ABA" w:rsidP="00616ABA">
      <w:r>
        <w:t>• Submission Deadline: 01st June 2026</w:t>
      </w:r>
    </w:p>
    <w:p w14:paraId="01C4D528" w14:textId="77777777" w:rsidR="00616ABA" w:rsidRDefault="00616ABA" w:rsidP="00616ABA">
      <w:r>
        <w:t>• Email: info@petexpo.lk</w:t>
      </w:r>
    </w:p>
    <w:p w14:paraId="211E4D17" w14:textId="77777777" w:rsidR="00616ABA" w:rsidRDefault="00616ABA"/>
    <w:p w14:paraId="3382A4ED" w14:textId="57381F53" w:rsidR="00246AF1" w:rsidRDefault="009C0E0A">
      <w:r>
        <w:t xml:space="preserve">- - - - - - - - - - - - - - - - - - - - - - - - - - - - - - - - - - - - - - - - - - - - - - - - - - - - - - - - - - - - - - - - - - - - - - - - - - - - - </w:t>
      </w:r>
    </w:p>
    <w:p w14:paraId="35FDDEE8" w14:textId="7C30F726" w:rsidR="00246AF1" w:rsidRDefault="00000000" w:rsidP="009C0E0A">
      <w:pPr>
        <w:jc w:val="center"/>
      </w:pPr>
      <w:r>
        <w:rPr>
          <w:b/>
          <w:sz w:val="24"/>
        </w:rPr>
        <w:t>FOR OFFICIAL USE ONLY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246AF1" w14:paraId="2C3EE1C9" w14:textId="77777777">
        <w:tc>
          <w:tcPr>
            <w:tcW w:w="4680" w:type="dxa"/>
          </w:tcPr>
          <w:p w14:paraId="675D36B5" w14:textId="1EEE464B" w:rsidR="00246AF1" w:rsidRDefault="00000000">
            <w:r>
              <w:t xml:space="preserve">Application </w:t>
            </w:r>
            <w:r w:rsidR="006F040B">
              <w:t>No: _</w:t>
            </w:r>
            <w:r w:rsidR="009C0E0A">
              <w:t>__________________________________</w:t>
            </w:r>
          </w:p>
        </w:tc>
        <w:tc>
          <w:tcPr>
            <w:tcW w:w="4680" w:type="dxa"/>
          </w:tcPr>
          <w:p w14:paraId="7E08A214" w14:textId="77777777" w:rsidR="00246AF1" w:rsidRDefault="00246AF1"/>
        </w:tc>
      </w:tr>
      <w:tr w:rsidR="00246AF1" w14:paraId="75D8D53B" w14:textId="77777777">
        <w:tc>
          <w:tcPr>
            <w:tcW w:w="4680" w:type="dxa"/>
          </w:tcPr>
          <w:p w14:paraId="0368B410" w14:textId="7269D54A" w:rsidR="00246AF1" w:rsidRDefault="00000000">
            <w:r>
              <w:t>Date Received:</w:t>
            </w:r>
            <w:r w:rsidR="006F040B">
              <w:t xml:space="preserve"> ___________________________________</w:t>
            </w:r>
          </w:p>
        </w:tc>
        <w:tc>
          <w:tcPr>
            <w:tcW w:w="4680" w:type="dxa"/>
          </w:tcPr>
          <w:p w14:paraId="62D08DB2" w14:textId="77777777" w:rsidR="00246AF1" w:rsidRDefault="00246AF1"/>
        </w:tc>
      </w:tr>
      <w:tr w:rsidR="00246AF1" w14:paraId="18CB9BED" w14:textId="77777777">
        <w:tc>
          <w:tcPr>
            <w:tcW w:w="4680" w:type="dxa"/>
          </w:tcPr>
          <w:p w14:paraId="1A792409" w14:textId="694E8D41" w:rsidR="00246AF1" w:rsidRDefault="00000000">
            <w:r>
              <w:t>Status:</w:t>
            </w:r>
            <w:r w:rsidR="006F040B">
              <w:t xml:space="preserve"> ___________________________________</w:t>
            </w:r>
          </w:p>
        </w:tc>
        <w:tc>
          <w:tcPr>
            <w:tcW w:w="4680" w:type="dxa"/>
          </w:tcPr>
          <w:p w14:paraId="34681A74" w14:textId="77777777" w:rsidR="00246AF1" w:rsidRDefault="00000000">
            <w:r>
              <w:t>☐ Accepted   ☐ Rejected   ☐ Pending</w:t>
            </w:r>
          </w:p>
        </w:tc>
      </w:tr>
    </w:tbl>
    <w:p w14:paraId="56298706" w14:textId="77777777" w:rsidR="00E35484" w:rsidRDefault="00E35484"/>
    <w:sectPr w:rsidR="00E35484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56DD8" w14:textId="77777777" w:rsidR="00C22C33" w:rsidRDefault="00C22C33" w:rsidP="009C0E0A">
      <w:pPr>
        <w:spacing w:after="0" w:line="240" w:lineRule="auto"/>
      </w:pPr>
      <w:r>
        <w:separator/>
      </w:r>
    </w:p>
  </w:endnote>
  <w:endnote w:type="continuationSeparator" w:id="0">
    <w:p w14:paraId="3AE5AA10" w14:textId="77777777" w:rsidR="00C22C33" w:rsidRDefault="00C22C33" w:rsidP="009C0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E2E59" w14:textId="77777777" w:rsidR="009C0E0A" w:rsidRDefault="009C0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F77D" w14:textId="77777777" w:rsidR="009C0E0A" w:rsidRDefault="009C0E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20244" w14:textId="77777777" w:rsidR="009C0E0A" w:rsidRDefault="009C0E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FD626" w14:textId="77777777" w:rsidR="00C22C33" w:rsidRDefault="00C22C33" w:rsidP="009C0E0A">
      <w:pPr>
        <w:spacing w:after="0" w:line="240" w:lineRule="auto"/>
      </w:pPr>
      <w:r>
        <w:separator/>
      </w:r>
    </w:p>
  </w:footnote>
  <w:footnote w:type="continuationSeparator" w:id="0">
    <w:p w14:paraId="10DD31E9" w14:textId="77777777" w:rsidR="00C22C33" w:rsidRDefault="00C22C33" w:rsidP="009C0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FBA9A" w14:textId="551A62B5" w:rsidR="009C0E0A" w:rsidRDefault="00000000">
    <w:pPr>
      <w:pStyle w:val="Header"/>
    </w:pPr>
    <w:r>
      <w:rPr>
        <w:noProof/>
      </w:rPr>
      <w:pict w14:anchorId="70499C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68pt;height:349.4pt;z-index:-251657216;mso-position-horizontal:center;mso-position-horizontal-relative:margin;mso-position-vertical:center;mso-position-vertical-relative:margin" o:allowincell="f">
          <v:imagedata r:id="rId1" o:title="pet expo logo option  (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10D8A" w14:textId="53118FFC" w:rsidR="009C0E0A" w:rsidRDefault="00000000">
    <w:pPr>
      <w:pStyle w:val="Header"/>
    </w:pPr>
    <w:r>
      <w:rPr>
        <w:noProof/>
      </w:rPr>
      <w:pict w14:anchorId="63CD8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68pt;height:349.4pt;z-index:-251656192;mso-position-horizontal:center;mso-position-horizontal-relative:margin;mso-position-vertical:center;mso-position-vertical-relative:margin" o:allowincell="f">
          <v:imagedata r:id="rId1" o:title="pet expo logo option  (3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D415" w14:textId="4FE00C12" w:rsidR="009C0E0A" w:rsidRDefault="00000000">
    <w:pPr>
      <w:pStyle w:val="Header"/>
    </w:pPr>
    <w:r>
      <w:rPr>
        <w:noProof/>
      </w:rPr>
      <w:pict w14:anchorId="613BF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68pt;height:349.4pt;z-index:-251658240;mso-position-horizontal:center;mso-position-horizontal-relative:margin;mso-position-vertical:center;mso-position-vertical-relative:margin" o:allowincell="f">
          <v:imagedata r:id="rId1" o:title="pet expo logo option  (3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98348447">
    <w:abstractNumId w:val="8"/>
  </w:num>
  <w:num w:numId="2" w16cid:durableId="1565722010">
    <w:abstractNumId w:val="6"/>
  </w:num>
  <w:num w:numId="3" w16cid:durableId="1467429045">
    <w:abstractNumId w:val="5"/>
  </w:num>
  <w:num w:numId="4" w16cid:durableId="808398846">
    <w:abstractNumId w:val="4"/>
  </w:num>
  <w:num w:numId="5" w16cid:durableId="1270967316">
    <w:abstractNumId w:val="7"/>
  </w:num>
  <w:num w:numId="6" w16cid:durableId="1273824932">
    <w:abstractNumId w:val="3"/>
  </w:num>
  <w:num w:numId="7" w16cid:durableId="12389730">
    <w:abstractNumId w:val="2"/>
  </w:num>
  <w:num w:numId="8" w16cid:durableId="2023777597">
    <w:abstractNumId w:val="1"/>
  </w:num>
  <w:num w:numId="9" w16cid:durableId="2121677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46AF1"/>
    <w:rsid w:val="0029639D"/>
    <w:rsid w:val="002C1ECA"/>
    <w:rsid w:val="00326F90"/>
    <w:rsid w:val="003F70C8"/>
    <w:rsid w:val="005B24C4"/>
    <w:rsid w:val="00616ABA"/>
    <w:rsid w:val="006F040B"/>
    <w:rsid w:val="009500DA"/>
    <w:rsid w:val="009C0E0A"/>
    <w:rsid w:val="00A74EBF"/>
    <w:rsid w:val="00AA1D8D"/>
    <w:rsid w:val="00B47730"/>
    <w:rsid w:val="00B80D73"/>
    <w:rsid w:val="00C22C33"/>
    <w:rsid w:val="00C4061A"/>
    <w:rsid w:val="00CA3D0F"/>
    <w:rsid w:val="00CB0664"/>
    <w:rsid w:val="00E3548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055DED"/>
  <w14:defaultImageDpi w14:val="300"/>
  <w15:docId w15:val="{5F893674-6C00-4F02-A3A4-5B525EC4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office 365</cp:lastModifiedBy>
  <cp:revision>7</cp:revision>
  <dcterms:created xsi:type="dcterms:W3CDTF">2013-12-23T23:15:00Z</dcterms:created>
  <dcterms:modified xsi:type="dcterms:W3CDTF">2026-04-27T07:52:00Z</dcterms:modified>
  <cp:category/>
</cp:coreProperties>
</file>